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303520" cy="17678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f58e550-5e03-5817-b309-f4263ee0eb8c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17678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/>
    </w:p>
    <w:p>
      <w:pPr>
        <w:jc w:val="center"/>
      </w:pPr>
      <w:r>
        <w:rPr>
          <w:b/>
          <w:sz w:val="30"/>
        </w:rPr>
        <w:t>FICHA DE FILIAÇÃO</w:t>
      </w:r>
    </w:p>
    <w:p>
      <w:pPr>
        <w:jc w:val="center"/>
      </w:pPr>
      <w:r>
        <w:rPr>
          <w:i/>
          <w:sz w:val="19"/>
        </w:rPr>
        <w:t>Documento para preenchimento e envio ao sindicato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F1F3F4"/>
            <w:tcBorders>
              <w:left w:val="single" w:sz="8" w:color="7F7F7F"/>
              <w:top w:val="single" w:sz="8" w:color="7F7F7F"/>
              <w:right w:val="single" w:sz="8" w:color="7F7F7F"/>
              <w:bottom w:val="single" w:sz="8" w:color="7F7F7F"/>
            </w:tcBorders>
            <w:vAlign w:val="center"/>
          </w:tcPr>
          <w:p>
            <w:pPr>
              <w:jc w:val="center"/>
            </w:pPr>
            <w:r>
              <w:rPr>
                <w:rFonts w:ascii="Arial" w:hAnsi="Arial"/>
                <w:sz w:val="20"/>
              </w:rPr>
              <w:t>Como preencher: preencha os campos abaixo, salve o documento e envie ao SINDPD-PR.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2F3A44"/>
            <w:tcBorders>
              <w:left w:val="single" w:sz="8" w:color="7F7F7F"/>
              <w:top w:val="single" w:sz="8" w:color="7F7F7F"/>
              <w:right w:val="single" w:sz="8" w:color="7F7F7F"/>
              <w:bottom w:val="single" w:sz="8" w:color="7F7F7F"/>
            </w:tcBorders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1. DADOS PESSOAIS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  <w:tcBorders>
              <w:left w:val="single" w:sz="8" w:color="7F7F7F"/>
              <w:top w:val="single" w:sz="8" w:color="7F7F7F"/>
              <w:right w:val="single" w:sz="8" w:color="7F7F7F"/>
              <w:bottom w:val="single" w:sz="8" w:color="7F7F7F"/>
            </w:tcBorders>
            <w:vAlign w:val="center"/>
          </w:tcPr>
          <w:p>
            <w:r>
              <w:rPr>
                <w:rFonts w:ascii="Arial" w:hAnsi="Arial"/>
                <w:sz w:val="20"/>
              </w:rPr>
              <w:t>Nome completo:</w:t>
              <w:br/>
              <w:t>______________________________________________</w:t>
            </w:r>
          </w:p>
        </w:tc>
        <w:tc>
          <w:tcPr>
            <w:tcW w:type="dxa" w:w="5213"/>
            <w:tcBorders>
              <w:left w:val="single" w:sz="8" w:color="7F7F7F"/>
              <w:top w:val="single" w:sz="8" w:color="7F7F7F"/>
              <w:right w:val="single" w:sz="8" w:color="7F7F7F"/>
              <w:bottom w:val="single" w:sz="8" w:color="7F7F7F"/>
            </w:tcBorders>
            <w:vAlign w:val="center"/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5213"/>
            <w:tcBorders>
              <w:left w:val="single" w:sz="8" w:color="7F7F7F"/>
              <w:top w:val="single" w:sz="8" w:color="7F7F7F"/>
              <w:right w:val="single" w:sz="8" w:color="7F7F7F"/>
              <w:bottom w:val="single" w:sz="8" w:color="7F7F7F"/>
            </w:tcBorders>
            <w:vAlign w:val="center"/>
          </w:tcPr>
          <w:p>
            <w:r>
              <w:rPr>
                <w:rFonts w:ascii="Arial" w:hAnsi="Arial"/>
                <w:sz w:val="20"/>
              </w:rPr>
              <w:t>CPF:</w:t>
              <w:br/>
              <w:t>______________________________________________</w:t>
            </w:r>
          </w:p>
        </w:tc>
        <w:tc>
          <w:tcPr>
            <w:tcW w:type="dxa" w:w="5213"/>
            <w:tcBorders>
              <w:left w:val="single" w:sz="8" w:color="7F7F7F"/>
              <w:top w:val="single" w:sz="8" w:color="7F7F7F"/>
              <w:right w:val="single" w:sz="8" w:color="7F7F7F"/>
              <w:bottom w:val="single" w:sz="8" w:color="7F7F7F"/>
            </w:tcBorders>
            <w:vAlign w:val="center"/>
          </w:tcPr>
          <w:p>
            <w:r>
              <w:rPr>
                <w:rFonts w:ascii="Arial" w:hAnsi="Arial"/>
                <w:sz w:val="20"/>
              </w:rPr>
              <w:t>RG:</w:t>
              <w:br/>
              <w:t>______________________________________________</w:t>
            </w:r>
          </w:p>
        </w:tc>
      </w:tr>
      <w:tr>
        <w:tc>
          <w:tcPr>
            <w:tcW w:type="dxa" w:w="5213"/>
            <w:tcBorders>
              <w:left w:val="single" w:sz="8" w:color="7F7F7F"/>
              <w:top w:val="single" w:sz="8" w:color="7F7F7F"/>
              <w:right w:val="single" w:sz="8" w:color="7F7F7F"/>
              <w:bottom w:val="single" w:sz="8" w:color="7F7F7F"/>
            </w:tcBorders>
            <w:vAlign w:val="center"/>
          </w:tcPr>
          <w:p>
            <w:r>
              <w:rPr>
                <w:rFonts w:ascii="Arial" w:hAnsi="Arial"/>
                <w:sz w:val="20"/>
              </w:rPr>
              <w:t>Data de nascimento:</w:t>
              <w:br/>
              <w:t>______________________________________________</w:t>
            </w:r>
          </w:p>
        </w:tc>
        <w:tc>
          <w:tcPr>
            <w:tcW w:type="dxa" w:w="5213"/>
            <w:tcBorders>
              <w:left w:val="single" w:sz="8" w:color="7F7F7F"/>
              <w:top w:val="single" w:sz="8" w:color="7F7F7F"/>
              <w:right w:val="single" w:sz="8" w:color="7F7F7F"/>
              <w:bottom w:val="single" w:sz="8" w:color="7F7F7F"/>
            </w:tcBorders>
            <w:vAlign w:val="center"/>
          </w:tcPr>
          <w:p>
            <w:r>
              <w:rPr>
                <w:rFonts w:ascii="Arial" w:hAnsi="Arial"/>
                <w:sz w:val="20"/>
              </w:rPr>
              <w:t>Estado civil:</w:t>
              <w:br/>
              <w:t>______________________________________________</w:t>
            </w:r>
          </w:p>
        </w:tc>
      </w:tr>
      <w:tr>
        <w:tc>
          <w:tcPr>
            <w:tcW w:type="dxa" w:w="5213"/>
            <w:tcBorders>
              <w:left w:val="single" w:sz="8" w:color="7F7F7F"/>
              <w:top w:val="single" w:sz="8" w:color="7F7F7F"/>
              <w:right w:val="single" w:sz="8" w:color="7F7F7F"/>
              <w:bottom w:val="single" w:sz="8" w:color="7F7F7F"/>
            </w:tcBorders>
            <w:vAlign w:val="center"/>
          </w:tcPr>
          <w:p>
            <w:r>
              <w:rPr>
                <w:rFonts w:ascii="Arial" w:hAnsi="Arial"/>
                <w:sz w:val="20"/>
              </w:rPr>
              <w:t>Nacionalidade:</w:t>
              <w:br/>
              <w:t>______________________________________________</w:t>
            </w:r>
          </w:p>
        </w:tc>
        <w:tc>
          <w:tcPr>
            <w:tcW w:type="dxa" w:w="5213"/>
            <w:tcBorders>
              <w:left w:val="single" w:sz="8" w:color="7F7F7F"/>
              <w:top w:val="single" w:sz="8" w:color="7F7F7F"/>
              <w:right w:val="single" w:sz="8" w:color="7F7F7F"/>
              <w:bottom w:val="single" w:sz="8" w:color="7F7F7F"/>
            </w:tcBorders>
            <w:vAlign w:val="center"/>
          </w:tcPr>
          <w:p>
            <w:r>
              <w:rPr>
                <w:rFonts w:ascii="Arial" w:hAnsi="Arial"/>
                <w:sz w:val="20"/>
              </w:rPr>
              <w:t>Sexo:</w:t>
              <w:br/>
              <w:t>______________________________________________</w:t>
            </w:r>
          </w:p>
        </w:tc>
      </w:tr>
      <w:tr>
        <w:tc>
          <w:tcPr>
            <w:tcW w:type="dxa" w:w="5213"/>
            <w:tcBorders>
              <w:left w:val="single" w:sz="8" w:color="7F7F7F"/>
              <w:top w:val="single" w:sz="8" w:color="7F7F7F"/>
              <w:right w:val="single" w:sz="8" w:color="7F7F7F"/>
              <w:bottom w:val="single" w:sz="8" w:color="7F7F7F"/>
            </w:tcBorders>
            <w:vAlign w:val="center"/>
          </w:tcPr>
          <w:p>
            <w:r>
              <w:rPr>
                <w:rFonts w:ascii="Arial" w:hAnsi="Arial"/>
                <w:sz w:val="20"/>
              </w:rPr>
              <w:t>Telefone / WhatsApp:</w:t>
              <w:br/>
              <w:t>______________________________________________</w:t>
            </w:r>
          </w:p>
        </w:tc>
        <w:tc>
          <w:tcPr>
            <w:tcW w:type="dxa" w:w="5213"/>
            <w:tcBorders>
              <w:left w:val="single" w:sz="8" w:color="7F7F7F"/>
              <w:top w:val="single" w:sz="8" w:color="7F7F7F"/>
              <w:right w:val="single" w:sz="8" w:color="7F7F7F"/>
              <w:bottom w:val="single" w:sz="8" w:color="7F7F7F"/>
            </w:tcBorders>
            <w:vAlign w:val="center"/>
          </w:tcPr>
          <w:p>
            <w:r>
              <w:rPr>
                <w:rFonts w:ascii="Arial" w:hAnsi="Arial"/>
                <w:sz w:val="20"/>
              </w:rPr>
              <w:t>E-mail:</w:t>
              <w:br/>
              <w:t>______________________________________________</w:t>
            </w:r>
          </w:p>
        </w:tc>
      </w:tr>
      <w:tr>
        <w:tc>
          <w:tcPr>
            <w:tcW w:type="dxa" w:w="5213"/>
            <w:tcBorders>
              <w:left w:val="single" w:sz="8" w:color="7F7F7F"/>
              <w:top w:val="single" w:sz="8" w:color="7F7F7F"/>
              <w:right w:val="single" w:sz="8" w:color="7F7F7F"/>
              <w:bottom w:val="single" w:sz="8" w:color="7F7F7F"/>
            </w:tcBorders>
            <w:vAlign w:val="center"/>
          </w:tcPr>
          <w:p>
            <w:r>
              <w:rPr>
                <w:rFonts w:ascii="Arial" w:hAnsi="Arial"/>
                <w:sz w:val="20"/>
              </w:rPr>
              <w:t>Endereço:</w:t>
              <w:br/>
              <w:t>______________________________________________</w:t>
            </w:r>
          </w:p>
        </w:tc>
        <w:tc>
          <w:tcPr>
            <w:tcW w:type="dxa" w:w="5213"/>
            <w:tcBorders>
              <w:left w:val="single" w:sz="8" w:color="7F7F7F"/>
              <w:top w:val="single" w:sz="8" w:color="7F7F7F"/>
              <w:right w:val="single" w:sz="8" w:color="7F7F7F"/>
              <w:bottom w:val="single" w:sz="8" w:color="7F7F7F"/>
            </w:tcBorders>
            <w:vAlign w:val="center"/>
          </w:tcPr>
          <w:p>
            <w:r>
              <w:rPr>
                <w:rFonts w:ascii="Arial" w:hAnsi="Arial"/>
                <w:sz w:val="20"/>
              </w:rPr>
              <w:t>Número:</w:t>
              <w:br/>
              <w:t>______________________________________________</w:t>
            </w:r>
          </w:p>
        </w:tc>
      </w:tr>
      <w:tr>
        <w:tc>
          <w:tcPr>
            <w:tcW w:type="dxa" w:w="5213"/>
            <w:tcBorders>
              <w:left w:val="single" w:sz="8" w:color="7F7F7F"/>
              <w:top w:val="single" w:sz="8" w:color="7F7F7F"/>
              <w:right w:val="single" w:sz="8" w:color="7F7F7F"/>
              <w:bottom w:val="single" w:sz="8" w:color="7F7F7F"/>
            </w:tcBorders>
            <w:vAlign w:val="center"/>
          </w:tcPr>
          <w:p>
            <w:r>
              <w:rPr>
                <w:rFonts w:ascii="Arial" w:hAnsi="Arial"/>
                <w:sz w:val="20"/>
              </w:rPr>
              <w:t>Bairro:</w:t>
              <w:br/>
              <w:t>______________________________________________</w:t>
            </w:r>
          </w:p>
        </w:tc>
        <w:tc>
          <w:tcPr>
            <w:tcW w:type="dxa" w:w="5213"/>
            <w:tcBorders>
              <w:left w:val="single" w:sz="8" w:color="7F7F7F"/>
              <w:top w:val="single" w:sz="8" w:color="7F7F7F"/>
              <w:right w:val="single" w:sz="8" w:color="7F7F7F"/>
              <w:bottom w:val="single" w:sz="8" w:color="7F7F7F"/>
            </w:tcBorders>
            <w:vAlign w:val="center"/>
          </w:tcPr>
          <w:p>
            <w:r>
              <w:rPr>
                <w:rFonts w:ascii="Arial" w:hAnsi="Arial"/>
                <w:sz w:val="20"/>
              </w:rPr>
              <w:t>CEP:</w:t>
              <w:br/>
              <w:t>______________________________________________</w:t>
            </w:r>
          </w:p>
        </w:tc>
      </w:tr>
      <w:tr>
        <w:tc>
          <w:tcPr>
            <w:tcW w:type="dxa" w:w="5213"/>
            <w:tcBorders>
              <w:left w:val="single" w:sz="8" w:color="7F7F7F"/>
              <w:top w:val="single" w:sz="8" w:color="7F7F7F"/>
              <w:right w:val="single" w:sz="8" w:color="7F7F7F"/>
              <w:bottom w:val="single" w:sz="8" w:color="7F7F7F"/>
            </w:tcBorders>
            <w:vAlign w:val="center"/>
          </w:tcPr>
          <w:p>
            <w:r>
              <w:rPr>
                <w:rFonts w:ascii="Arial" w:hAnsi="Arial"/>
                <w:sz w:val="20"/>
              </w:rPr>
              <w:t>Cidade:</w:t>
              <w:br/>
              <w:t>______________________________________________</w:t>
            </w:r>
          </w:p>
        </w:tc>
        <w:tc>
          <w:tcPr>
            <w:tcW w:type="dxa" w:w="5213"/>
            <w:tcBorders>
              <w:left w:val="single" w:sz="8" w:color="7F7F7F"/>
              <w:top w:val="single" w:sz="8" w:color="7F7F7F"/>
              <w:right w:val="single" w:sz="8" w:color="7F7F7F"/>
              <w:bottom w:val="single" w:sz="8" w:color="7F7F7F"/>
            </w:tcBorders>
            <w:vAlign w:val="center"/>
          </w:tcPr>
          <w:p>
            <w:r>
              <w:rPr>
                <w:rFonts w:ascii="Arial" w:hAnsi="Arial"/>
                <w:sz w:val="20"/>
              </w:rPr>
              <w:t>UF:</w:t>
              <w:br/>
              <w:t>______________________________________________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2F3A44"/>
            <w:tcBorders>
              <w:left w:val="single" w:sz="8" w:color="7F7F7F"/>
              <w:top w:val="single" w:sz="8" w:color="7F7F7F"/>
              <w:right w:val="single" w:sz="8" w:color="7F7F7F"/>
              <w:bottom w:val="single" w:sz="8" w:color="7F7F7F"/>
            </w:tcBorders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2. DEPENDENTES (SE HOUVER)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c>
          <w:tcPr>
            <w:tcW w:type="dxa" w:w="3475"/>
            <w:shd w:fill="D9E2F3"/>
            <w:tcBorders>
              <w:left w:val="single" w:sz="8" w:color="7F7F7F"/>
              <w:top w:val="single" w:sz="8" w:color="7F7F7F"/>
              <w:right w:val="single" w:sz="8" w:color="7F7F7F"/>
              <w:bottom w:val="single" w:sz="8" w:color="7F7F7F"/>
            </w:tcBorders>
            <w:vAlign w:val="center"/>
          </w:tcPr>
          <w:p>
            <w:r>
              <w:rPr>
                <w:rFonts w:ascii="Arial" w:hAnsi="Arial"/>
                <w:sz w:val="20"/>
              </w:rPr>
              <w:t>Nome do dependente</w:t>
            </w:r>
          </w:p>
        </w:tc>
        <w:tc>
          <w:tcPr>
            <w:tcW w:type="dxa" w:w="3475"/>
            <w:shd w:fill="D9E2F3"/>
            <w:tcBorders>
              <w:left w:val="single" w:sz="8" w:color="7F7F7F"/>
              <w:top w:val="single" w:sz="8" w:color="7F7F7F"/>
              <w:right w:val="single" w:sz="8" w:color="7F7F7F"/>
              <w:bottom w:val="single" w:sz="8" w:color="7F7F7F"/>
            </w:tcBorders>
            <w:vAlign w:val="center"/>
          </w:tcPr>
          <w:p>
            <w:r>
              <w:rPr>
                <w:rFonts w:ascii="Arial" w:hAnsi="Arial"/>
                <w:sz w:val="20"/>
              </w:rPr>
              <w:t>Parentesco</w:t>
            </w:r>
          </w:p>
        </w:tc>
        <w:tc>
          <w:tcPr>
            <w:tcW w:type="dxa" w:w="3475"/>
            <w:shd w:fill="D9E2F3"/>
            <w:tcBorders>
              <w:left w:val="single" w:sz="8" w:color="7F7F7F"/>
              <w:top w:val="single" w:sz="8" w:color="7F7F7F"/>
              <w:right w:val="single" w:sz="8" w:color="7F7F7F"/>
              <w:bottom w:val="single" w:sz="8" w:color="7F7F7F"/>
            </w:tcBorders>
            <w:vAlign w:val="center"/>
          </w:tcPr>
          <w:p>
            <w:r>
              <w:rPr>
                <w:rFonts w:ascii="Arial" w:hAnsi="Arial"/>
                <w:sz w:val="20"/>
              </w:rPr>
              <w:t>Data de nascimento</w:t>
            </w:r>
          </w:p>
        </w:tc>
      </w:tr>
      <w:tr>
        <w:tc>
          <w:tcPr>
            <w:tcW w:type="dxa" w:w="3475"/>
            <w:tcBorders>
              <w:left w:val="single" w:sz="8" w:color="7F7F7F"/>
              <w:top w:val="single" w:sz="8" w:color="7F7F7F"/>
              <w:right w:val="single" w:sz="8" w:color="7F7F7F"/>
              <w:bottom w:val="single" w:sz="8" w:color="7F7F7F"/>
            </w:tcBorders>
            <w:vAlign w:val="center"/>
          </w:tcPr>
          <w:p>
            <w:r>
              <w:rPr>
                <w:rFonts w:ascii="Arial" w:hAnsi="Arial"/>
                <w:sz w:val="20"/>
              </w:rPr>
              <w:br/>
            </w:r>
          </w:p>
        </w:tc>
        <w:tc>
          <w:tcPr>
            <w:tcW w:type="dxa" w:w="3475"/>
            <w:tcBorders>
              <w:left w:val="single" w:sz="8" w:color="7F7F7F"/>
              <w:top w:val="single" w:sz="8" w:color="7F7F7F"/>
              <w:right w:val="single" w:sz="8" w:color="7F7F7F"/>
              <w:bottom w:val="single" w:sz="8" w:color="7F7F7F"/>
            </w:tcBorders>
            <w:vAlign w:val="center"/>
          </w:tcPr>
          <w:p>
            <w:r>
              <w:rPr>
                <w:rFonts w:ascii="Arial" w:hAnsi="Arial"/>
                <w:sz w:val="20"/>
              </w:rPr>
              <w:br/>
            </w:r>
          </w:p>
        </w:tc>
        <w:tc>
          <w:tcPr>
            <w:tcW w:type="dxa" w:w="3475"/>
            <w:tcBorders>
              <w:left w:val="single" w:sz="8" w:color="7F7F7F"/>
              <w:top w:val="single" w:sz="8" w:color="7F7F7F"/>
              <w:right w:val="single" w:sz="8" w:color="7F7F7F"/>
              <w:bottom w:val="single" w:sz="8" w:color="7F7F7F"/>
            </w:tcBorders>
            <w:vAlign w:val="center"/>
          </w:tcPr>
          <w:p>
            <w:r>
              <w:rPr>
                <w:rFonts w:ascii="Arial" w:hAnsi="Arial"/>
                <w:sz w:val="20"/>
              </w:rPr>
              <w:br/>
            </w:r>
          </w:p>
        </w:tc>
      </w:tr>
      <w:tr>
        <w:tc>
          <w:tcPr>
            <w:tcW w:type="dxa" w:w="3475"/>
            <w:tcBorders>
              <w:left w:val="single" w:sz="8" w:color="7F7F7F"/>
              <w:top w:val="single" w:sz="8" w:color="7F7F7F"/>
              <w:right w:val="single" w:sz="8" w:color="7F7F7F"/>
              <w:bottom w:val="single" w:sz="8" w:color="7F7F7F"/>
            </w:tcBorders>
            <w:vAlign w:val="center"/>
          </w:tcPr>
          <w:p>
            <w:r>
              <w:rPr>
                <w:rFonts w:ascii="Arial" w:hAnsi="Arial"/>
                <w:sz w:val="20"/>
              </w:rPr>
              <w:br/>
            </w:r>
          </w:p>
        </w:tc>
        <w:tc>
          <w:tcPr>
            <w:tcW w:type="dxa" w:w="3475"/>
            <w:tcBorders>
              <w:left w:val="single" w:sz="8" w:color="7F7F7F"/>
              <w:top w:val="single" w:sz="8" w:color="7F7F7F"/>
              <w:right w:val="single" w:sz="8" w:color="7F7F7F"/>
              <w:bottom w:val="single" w:sz="8" w:color="7F7F7F"/>
            </w:tcBorders>
            <w:vAlign w:val="center"/>
          </w:tcPr>
          <w:p>
            <w:r>
              <w:rPr>
                <w:rFonts w:ascii="Arial" w:hAnsi="Arial"/>
                <w:sz w:val="20"/>
              </w:rPr>
              <w:br/>
            </w:r>
          </w:p>
        </w:tc>
        <w:tc>
          <w:tcPr>
            <w:tcW w:type="dxa" w:w="3475"/>
            <w:tcBorders>
              <w:left w:val="single" w:sz="8" w:color="7F7F7F"/>
              <w:top w:val="single" w:sz="8" w:color="7F7F7F"/>
              <w:right w:val="single" w:sz="8" w:color="7F7F7F"/>
              <w:bottom w:val="single" w:sz="8" w:color="7F7F7F"/>
            </w:tcBorders>
            <w:vAlign w:val="center"/>
          </w:tcPr>
          <w:p>
            <w:r>
              <w:rPr>
                <w:rFonts w:ascii="Arial" w:hAnsi="Arial"/>
                <w:sz w:val="20"/>
              </w:rPr>
              <w:br/>
            </w:r>
          </w:p>
        </w:tc>
      </w:tr>
      <w:tr>
        <w:tc>
          <w:tcPr>
            <w:tcW w:type="dxa" w:w="3475"/>
            <w:tcBorders>
              <w:left w:val="single" w:sz="8" w:color="7F7F7F"/>
              <w:top w:val="single" w:sz="8" w:color="7F7F7F"/>
              <w:right w:val="single" w:sz="8" w:color="7F7F7F"/>
              <w:bottom w:val="single" w:sz="8" w:color="7F7F7F"/>
            </w:tcBorders>
            <w:vAlign w:val="center"/>
          </w:tcPr>
          <w:p>
            <w:r>
              <w:rPr>
                <w:rFonts w:ascii="Arial" w:hAnsi="Arial"/>
                <w:sz w:val="20"/>
              </w:rPr>
              <w:br/>
            </w:r>
          </w:p>
        </w:tc>
        <w:tc>
          <w:tcPr>
            <w:tcW w:type="dxa" w:w="3475"/>
            <w:tcBorders>
              <w:left w:val="single" w:sz="8" w:color="7F7F7F"/>
              <w:top w:val="single" w:sz="8" w:color="7F7F7F"/>
              <w:right w:val="single" w:sz="8" w:color="7F7F7F"/>
              <w:bottom w:val="single" w:sz="8" w:color="7F7F7F"/>
            </w:tcBorders>
            <w:vAlign w:val="center"/>
          </w:tcPr>
          <w:p>
            <w:r>
              <w:rPr>
                <w:rFonts w:ascii="Arial" w:hAnsi="Arial"/>
                <w:sz w:val="20"/>
              </w:rPr>
              <w:br/>
            </w:r>
          </w:p>
        </w:tc>
        <w:tc>
          <w:tcPr>
            <w:tcW w:type="dxa" w:w="3475"/>
            <w:tcBorders>
              <w:left w:val="single" w:sz="8" w:color="7F7F7F"/>
              <w:top w:val="single" w:sz="8" w:color="7F7F7F"/>
              <w:right w:val="single" w:sz="8" w:color="7F7F7F"/>
              <w:bottom w:val="single" w:sz="8" w:color="7F7F7F"/>
            </w:tcBorders>
            <w:vAlign w:val="center"/>
          </w:tcPr>
          <w:p>
            <w:r>
              <w:rPr>
                <w:rFonts w:ascii="Arial" w:hAnsi="Arial"/>
                <w:sz w:val="20"/>
              </w:rPr>
              <w:br/>
            </w:r>
          </w:p>
        </w:tc>
      </w:tr>
      <w:tr>
        <w:tc>
          <w:tcPr>
            <w:tcW w:type="dxa" w:w="3475"/>
            <w:tcBorders>
              <w:left w:val="single" w:sz="8" w:color="7F7F7F"/>
              <w:top w:val="single" w:sz="8" w:color="7F7F7F"/>
              <w:right w:val="single" w:sz="8" w:color="7F7F7F"/>
              <w:bottom w:val="single" w:sz="8" w:color="7F7F7F"/>
            </w:tcBorders>
            <w:vAlign w:val="center"/>
          </w:tcPr>
          <w:p>
            <w:r>
              <w:rPr>
                <w:rFonts w:ascii="Arial" w:hAnsi="Arial"/>
                <w:sz w:val="20"/>
              </w:rPr>
              <w:br/>
            </w:r>
          </w:p>
        </w:tc>
        <w:tc>
          <w:tcPr>
            <w:tcW w:type="dxa" w:w="3475"/>
            <w:tcBorders>
              <w:left w:val="single" w:sz="8" w:color="7F7F7F"/>
              <w:top w:val="single" w:sz="8" w:color="7F7F7F"/>
              <w:right w:val="single" w:sz="8" w:color="7F7F7F"/>
              <w:bottom w:val="single" w:sz="8" w:color="7F7F7F"/>
            </w:tcBorders>
            <w:vAlign w:val="center"/>
          </w:tcPr>
          <w:p>
            <w:r>
              <w:rPr>
                <w:rFonts w:ascii="Arial" w:hAnsi="Arial"/>
                <w:sz w:val="20"/>
              </w:rPr>
              <w:br/>
            </w:r>
          </w:p>
        </w:tc>
        <w:tc>
          <w:tcPr>
            <w:tcW w:type="dxa" w:w="3475"/>
            <w:tcBorders>
              <w:left w:val="single" w:sz="8" w:color="7F7F7F"/>
              <w:top w:val="single" w:sz="8" w:color="7F7F7F"/>
              <w:right w:val="single" w:sz="8" w:color="7F7F7F"/>
              <w:bottom w:val="single" w:sz="8" w:color="7F7F7F"/>
            </w:tcBorders>
            <w:vAlign w:val="center"/>
          </w:tcPr>
          <w:p>
            <w:r>
              <w:rPr>
                <w:rFonts w:ascii="Arial" w:hAnsi="Arial"/>
                <w:sz w:val="20"/>
              </w:rPr>
              <w:br/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2F3A44"/>
            <w:tcBorders>
              <w:left w:val="single" w:sz="8" w:color="7F7F7F"/>
              <w:top w:val="single" w:sz="8" w:color="7F7F7F"/>
              <w:right w:val="single" w:sz="8" w:color="7F7F7F"/>
              <w:bottom w:val="single" w:sz="8" w:color="7F7F7F"/>
            </w:tcBorders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3. DADOS PROFISSIONAIS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  <w:tcBorders>
              <w:left w:val="single" w:sz="8" w:color="7F7F7F"/>
              <w:top w:val="single" w:sz="8" w:color="7F7F7F"/>
              <w:right w:val="single" w:sz="8" w:color="7F7F7F"/>
              <w:bottom w:val="single" w:sz="8" w:color="7F7F7F"/>
            </w:tcBorders>
            <w:vAlign w:val="center"/>
          </w:tcPr>
          <w:p>
            <w:r>
              <w:rPr>
                <w:rFonts w:ascii="Arial" w:hAnsi="Arial"/>
                <w:sz w:val="20"/>
              </w:rPr>
              <w:t>Empresa:</w:t>
              <w:br/>
              <w:t>______________________________________________</w:t>
            </w:r>
          </w:p>
        </w:tc>
        <w:tc>
          <w:tcPr>
            <w:tcW w:type="dxa" w:w="5213"/>
            <w:tcBorders>
              <w:left w:val="single" w:sz="8" w:color="7F7F7F"/>
              <w:top w:val="single" w:sz="8" w:color="7F7F7F"/>
              <w:right w:val="single" w:sz="8" w:color="7F7F7F"/>
              <w:bottom w:val="single" w:sz="8" w:color="7F7F7F"/>
            </w:tcBorders>
            <w:vAlign w:val="center"/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5213"/>
            <w:tcBorders>
              <w:left w:val="single" w:sz="8" w:color="7F7F7F"/>
              <w:top w:val="single" w:sz="8" w:color="7F7F7F"/>
              <w:right w:val="single" w:sz="8" w:color="7F7F7F"/>
              <w:bottom w:val="single" w:sz="8" w:color="7F7F7F"/>
            </w:tcBorders>
            <w:vAlign w:val="center"/>
          </w:tcPr>
          <w:p>
            <w:r>
              <w:rPr>
                <w:rFonts w:ascii="Arial" w:hAnsi="Arial"/>
                <w:sz w:val="20"/>
              </w:rPr>
              <w:t>Cargo / Função:</w:t>
              <w:br/>
              <w:t>______________________________________________</w:t>
            </w:r>
          </w:p>
        </w:tc>
        <w:tc>
          <w:tcPr>
            <w:tcW w:type="dxa" w:w="5213"/>
            <w:tcBorders>
              <w:left w:val="single" w:sz="8" w:color="7F7F7F"/>
              <w:top w:val="single" w:sz="8" w:color="7F7F7F"/>
              <w:right w:val="single" w:sz="8" w:color="7F7F7F"/>
              <w:bottom w:val="single" w:sz="8" w:color="7F7F7F"/>
            </w:tcBorders>
            <w:vAlign w:val="center"/>
          </w:tcPr>
          <w:p>
            <w:r>
              <w:rPr>
                <w:rFonts w:ascii="Arial" w:hAnsi="Arial"/>
                <w:sz w:val="20"/>
              </w:rPr>
              <w:t>Matrícula / Registro:</w:t>
              <w:br/>
              <w:t>______________________________________________</w:t>
            </w:r>
          </w:p>
        </w:tc>
      </w:tr>
      <w:tr>
        <w:tc>
          <w:tcPr>
            <w:tcW w:type="dxa" w:w="5213"/>
            <w:tcBorders>
              <w:left w:val="single" w:sz="8" w:color="7F7F7F"/>
              <w:top w:val="single" w:sz="8" w:color="7F7F7F"/>
              <w:right w:val="single" w:sz="8" w:color="7F7F7F"/>
              <w:bottom w:val="single" w:sz="8" w:color="7F7F7F"/>
            </w:tcBorders>
            <w:vAlign w:val="center"/>
          </w:tcPr>
          <w:p>
            <w:r>
              <w:rPr>
                <w:rFonts w:ascii="Arial" w:hAnsi="Arial"/>
                <w:sz w:val="20"/>
              </w:rPr>
              <w:t>Data de admissão:</w:t>
              <w:br/>
              <w:t>______________________________________________</w:t>
            </w:r>
          </w:p>
        </w:tc>
        <w:tc>
          <w:tcPr>
            <w:tcW w:type="dxa" w:w="5213"/>
            <w:tcBorders>
              <w:left w:val="single" w:sz="8" w:color="7F7F7F"/>
              <w:top w:val="single" w:sz="8" w:color="7F7F7F"/>
              <w:right w:val="single" w:sz="8" w:color="7F7F7F"/>
              <w:bottom w:val="single" w:sz="8" w:color="7F7F7F"/>
            </w:tcBorders>
            <w:vAlign w:val="center"/>
          </w:tcPr>
          <w:p>
            <w:r>
              <w:rPr>
                <w:rFonts w:ascii="Arial" w:hAnsi="Arial"/>
                <w:sz w:val="20"/>
              </w:rPr>
              <w:t>Aposentado(a)?</w:t>
              <w:br/>
              <w:t>______________________________________________</w:t>
            </w:r>
          </w:p>
        </w:tc>
      </w:tr>
      <w:tr>
        <w:tc>
          <w:tcPr>
            <w:tcW w:type="dxa" w:w="5213"/>
            <w:tcBorders>
              <w:left w:val="single" w:sz="8" w:color="7F7F7F"/>
              <w:top w:val="single" w:sz="8" w:color="7F7F7F"/>
              <w:right w:val="single" w:sz="8" w:color="7F7F7F"/>
              <w:bottom w:val="single" w:sz="8" w:color="7F7F7F"/>
            </w:tcBorders>
            <w:vAlign w:val="center"/>
          </w:tcPr>
          <w:p>
            <w:r>
              <w:rPr>
                <w:rFonts w:ascii="Arial" w:hAnsi="Arial"/>
                <w:sz w:val="20"/>
              </w:rPr>
              <w:t>Local / setor de trabalho:</w:t>
              <w:br/>
              <w:t>______________________________________________</w:t>
            </w:r>
          </w:p>
        </w:tc>
        <w:tc>
          <w:tcPr>
            <w:tcW w:type="dxa" w:w="5213"/>
            <w:tcBorders>
              <w:left w:val="single" w:sz="8" w:color="7F7F7F"/>
              <w:top w:val="single" w:sz="8" w:color="7F7F7F"/>
              <w:right w:val="single" w:sz="8" w:color="7F7F7F"/>
              <w:bottom w:val="single" w:sz="8" w:color="7F7F7F"/>
            </w:tcBorders>
            <w:vAlign w:val="center"/>
          </w:tcPr>
          <w:p>
            <w:r>
              <w:rPr>
                <w:rFonts w:ascii="Arial" w:hAnsi="Arial"/>
                <w:sz w:val="20"/>
              </w:rPr>
              <w:t>Telefone comercial:</w:t>
              <w:br/>
              <w:t>______________________________________________</w:t>
            </w:r>
          </w:p>
        </w:tc>
      </w:tr>
      <w:tr>
        <w:tc>
          <w:tcPr>
            <w:tcW w:type="dxa" w:w="5213"/>
            <w:tcBorders>
              <w:left w:val="single" w:sz="8" w:color="7F7F7F"/>
              <w:top w:val="single" w:sz="8" w:color="7F7F7F"/>
              <w:right w:val="single" w:sz="8" w:color="7F7F7F"/>
              <w:bottom w:val="single" w:sz="8" w:color="7F7F7F"/>
            </w:tcBorders>
            <w:vAlign w:val="center"/>
          </w:tcPr>
          <w:p>
            <w:r>
              <w:rPr>
                <w:rFonts w:ascii="Arial" w:hAnsi="Arial"/>
                <w:sz w:val="20"/>
              </w:rPr>
              <w:t>E-mail profissional:</w:t>
              <w:br/>
              <w:t>______________________________________________</w:t>
            </w:r>
          </w:p>
        </w:tc>
        <w:tc>
          <w:tcPr>
            <w:tcW w:type="dxa" w:w="5213"/>
            <w:tcBorders>
              <w:left w:val="single" w:sz="8" w:color="7F7F7F"/>
              <w:top w:val="single" w:sz="8" w:color="7F7F7F"/>
              <w:right w:val="single" w:sz="8" w:color="7F7F7F"/>
              <w:bottom w:val="single" w:sz="8" w:color="7F7F7F"/>
            </w:tcBorders>
            <w:vAlign w:val="center"/>
          </w:tcPr>
          <w:p>
            <w:r>
              <w:rPr>
                <w:rFonts w:ascii="Arial" w:hAnsi="Arial"/>
                <w:sz w:val="20"/>
              </w:rPr>
              <w:t>Regime de trabalho:</w:t>
              <w:br/>
              <w:t>______________________________________________</w:t>
            </w:r>
          </w:p>
        </w:tc>
      </w:tr>
      <w:tr>
        <w:tc>
          <w:tcPr>
            <w:tcW w:type="dxa" w:w="5213"/>
            <w:tcBorders>
              <w:left w:val="single" w:sz="8" w:color="7F7F7F"/>
              <w:top w:val="single" w:sz="8" w:color="7F7F7F"/>
              <w:right w:val="single" w:sz="8" w:color="7F7F7F"/>
              <w:bottom w:val="single" w:sz="8" w:color="7F7F7F"/>
            </w:tcBorders>
            <w:vAlign w:val="center"/>
          </w:tcPr>
          <w:p>
            <w:r>
              <w:rPr>
                <w:rFonts w:ascii="Arial" w:hAnsi="Arial"/>
                <w:sz w:val="20"/>
              </w:rPr>
              <w:t>Município do trabalho:</w:t>
              <w:br/>
              <w:t>______________________________________________</w:t>
            </w:r>
          </w:p>
        </w:tc>
        <w:tc>
          <w:tcPr>
            <w:tcW w:type="dxa" w:w="5213"/>
            <w:tcBorders>
              <w:left w:val="single" w:sz="8" w:color="7F7F7F"/>
              <w:top w:val="single" w:sz="8" w:color="7F7F7F"/>
              <w:right w:val="single" w:sz="8" w:color="7F7F7F"/>
              <w:bottom w:val="single" w:sz="8" w:color="7F7F7F"/>
            </w:tcBorders>
            <w:vAlign w:val="center"/>
          </w:tcPr>
          <w:p>
            <w:r>
              <w:rPr>
                <w:rFonts w:ascii="Arial" w:hAnsi="Arial"/>
                <w:sz w:val="20"/>
              </w:rPr>
              <w:t>UF:</w:t>
              <w:br/>
              <w:t>______________________________________________</w:t>
            </w:r>
          </w:p>
        </w:tc>
      </w:tr>
      <w:tr>
        <w:tc>
          <w:tcPr>
            <w:tcW w:type="dxa" w:w="5213"/>
            <w:tcBorders>
              <w:left w:val="single" w:sz="8" w:color="7F7F7F"/>
              <w:top w:val="single" w:sz="8" w:color="7F7F7F"/>
              <w:right w:val="single" w:sz="8" w:color="7F7F7F"/>
              <w:bottom w:val="single" w:sz="8" w:color="7F7F7F"/>
            </w:tcBorders>
            <w:vAlign w:val="center"/>
          </w:tcPr>
          <w:p>
            <w:r>
              <w:rPr>
                <w:rFonts w:ascii="Arial" w:hAnsi="Arial"/>
                <w:sz w:val="20"/>
              </w:rPr>
              <w:t>Endereço do local de trabalho:</w:t>
              <w:br/>
              <w:t>______________________________________________</w:t>
            </w:r>
          </w:p>
        </w:tc>
        <w:tc>
          <w:tcPr>
            <w:tcW w:type="dxa" w:w="5213"/>
            <w:tcBorders>
              <w:left w:val="single" w:sz="8" w:color="7F7F7F"/>
              <w:top w:val="single" w:sz="8" w:color="7F7F7F"/>
              <w:right w:val="single" w:sz="8" w:color="7F7F7F"/>
              <w:bottom w:val="single" w:sz="8" w:color="7F7F7F"/>
            </w:tcBorders>
            <w:vAlign w:val="center"/>
          </w:tcPr>
          <w:p>
            <w:r>
              <w:rPr>
                <w:rFonts w:ascii="Arial" w:hAnsi="Arial"/>
                <w:sz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2F3A44"/>
            <w:tcBorders>
              <w:left w:val="single" w:sz="8" w:color="7F7F7F"/>
              <w:top w:val="single" w:sz="8" w:color="7F7F7F"/>
              <w:right w:val="single" w:sz="8" w:color="7F7F7F"/>
              <w:bottom w:val="single" w:sz="8" w:color="7F7F7F"/>
            </w:tcBorders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4. DECLARAÇÃO DE FILIAÇÃO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tcBorders>
              <w:left w:val="single" w:sz="8" w:color="7F7F7F"/>
              <w:top w:val="single" w:sz="8" w:color="7F7F7F"/>
              <w:right w:val="single" w:sz="8" w:color="7F7F7F"/>
              <w:bottom w:val="single" w:sz="8" w:color="7F7F7F"/>
            </w:tcBorders>
            <w:vAlign w:val="center"/>
          </w:tcPr>
          <w:p>
            <w:r>
              <w:rPr>
                <w:rFonts w:ascii="Arial" w:hAnsi="Arial"/>
                <w:sz w:val="20"/>
              </w:rPr>
              <w:t>Declaro que as informações prestadas nesta ficha são verdadeiras e manifesto minha vontade de filiar-me ao SINDPD-PR, autorizando o tratamento dos dados aqui informados para fins de cadastro, comunicação e procedimentos administrativos relacionados à filiação sindical.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2F3A44"/>
            <w:tcBorders>
              <w:left w:val="single" w:sz="8" w:color="7F7F7F"/>
              <w:top w:val="single" w:sz="8" w:color="7F7F7F"/>
              <w:right w:val="single" w:sz="8" w:color="7F7F7F"/>
              <w:bottom w:val="single" w:sz="8" w:color="7F7F7F"/>
            </w:tcBorders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5. ASSINATURA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  <w:tcBorders>
              <w:left w:val="single" w:sz="8" w:color="7F7F7F"/>
              <w:top w:val="single" w:sz="8" w:color="7F7F7F"/>
              <w:right w:val="single" w:sz="8" w:color="7F7F7F"/>
              <w:bottom w:val="single" w:sz="8" w:color="7F7F7F"/>
            </w:tcBorders>
            <w:vAlign w:val="center"/>
          </w:tcPr>
          <w:p>
            <w:r>
              <w:rPr>
                <w:rFonts w:ascii="Arial" w:hAnsi="Arial"/>
                <w:sz w:val="20"/>
              </w:rPr>
              <w:t>Local:</w:t>
              <w:br/>
              <w:t>__________________________________</w:t>
            </w:r>
          </w:p>
        </w:tc>
        <w:tc>
          <w:tcPr>
            <w:tcW w:type="dxa" w:w="5213"/>
            <w:tcBorders>
              <w:left w:val="single" w:sz="8" w:color="7F7F7F"/>
              <w:top w:val="single" w:sz="8" w:color="7F7F7F"/>
              <w:right w:val="single" w:sz="8" w:color="7F7F7F"/>
              <w:bottom w:val="single" w:sz="8" w:color="7F7F7F"/>
            </w:tcBorders>
            <w:vAlign w:val="center"/>
          </w:tcPr>
          <w:p>
            <w:r>
              <w:rPr>
                <w:rFonts w:ascii="Arial" w:hAnsi="Arial"/>
                <w:sz w:val="20"/>
              </w:rPr>
              <w:t>Data:</w:t>
              <w:br/>
              <w:t>______/______/________</w:t>
            </w:r>
          </w:p>
        </w:tc>
      </w:tr>
      <w:tr>
        <w:tc>
          <w:tcPr>
            <w:tcW w:type="dxa" w:w="10426"/>
            <w:gridSpan w:val="2"/>
            <w:tcBorders>
              <w:left w:val="single" w:sz="8" w:color="7F7F7F"/>
              <w:top w:val="single" w:sz="8" w:color="7F7F7F"/>
              <w:right w:val="single" w:sz="8" w:color="7F7F7F"/>
              <w:bottom w:val="single" w:sz="8" w:color="7F7F7F"/>
            </w:tcBorders>
            <w:vAlign w:val="center"/>
          </w:tcPr>
          <w:p>
            <w:r>
              <w:rPr>
                <w:rFonts w:ascii="Arial" w:hAnsi="Arial"/>
                <w:sz w:val="20"/>
              </w:rPr>
              <w:t>Assinatura / Nome completo do filiado:</w:t>
              <w:br/>
              <w:br/>
              <w:t>______________________________________________</w:t>
            </w:r>
          </w:p>
        </w:tc>
      </w:tr>
      <w:tr>
        <w:tc>
          <w:tcPr>
            <w:tcW w:type="dxa" w:w="10426"/>
            <w:gridSpan w:val="2"/>
            <w:tcBorders>
              <w:left w:val="single" w:sz="8" w:color="7F7F7F"/>
              <w:top w:val="single" w:sz="8" w:color="7F7F7F"/>
              <w:right w:val="single" w:sz="8" w:color="7F7F7F"/>
              <w:bottom w:val="single" w:sz="8" w:color="7F7F7F"/>
            </w:tcBorders>
            <w:vAlign w:val="center"/>
          </w:tcPr>
          <w:p>
            <w:r>
              <w:rPr>
                <w:rFonts w:ascii="Arial" w:hAnsi="Arial"/>
                <w:sz w:val="20"/>
              </w:rPr>
              <w:t>Se for imprimir, assine de próprio punho no espaço acima.</w:t>
            </w:r>
          </w:p>
        </w:tc>
      </w:tr>
    </w:tbl>
    <w:sectPr w:rsidR="00FC693F" w:rsidRPr="0006063C" w:rsidSect="00034616">
      <w:pgSz w:w="12240" w:h="15840"/>
      <w:pgMar w:top="737" w:right="907" w:bottom="73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